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בבית, בחצר, בטבע, בדרך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עוצרים-חושבים-בוחרים במצבים מסוכנים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לפנות לעזרה במקרה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ולא ממשיכים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לסרב וללכת למבוגר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חציה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לתת פרטים אישיים לאנשים לא מוכרים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לא ללכת לאיבוד ולהישאר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תמיד צריך להסתכל לצדדים לפני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מקום וכלל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(לא משחקים עם אש או גפרורים)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(משחקים רק במקומות מיועדים)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(נשארים קרוב למבוגר האחראי)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(חוצים רק במעבר חציה)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שיש מצב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ולא ממשיכים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מה אפשר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את הפעולה הבטוחה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מצב, את שלב העצירה, החשיבה והבחירה הבטוחה שבוצעה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חושבים, 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חוצים רק במעבר חציה / מסתכלים לצדדים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מספרים מיד למבוגר אחראי ולא ממשיכים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חלק בשיחה קצרה על החוויות האישיות של התלמידים בנושא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דוגמאות מהחיים האמיתיים של התלמידים כדי להמחיש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בשבוע הבטיחות לומדים לזהות מצבים מסוכנים במקומות שונים ולתרגל איך לעצור, לחשוב ולבחור בטוח. דף זה מתרגל חמישה תחומים: בית, בית ספר, טבע, דרך ורשת.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עוצרים  ·  לחשוב  ·  מעבר חציה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ראשונים כשרואים מצב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ממשיכים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 ולא ממשיכים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צועקים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אסור לעשות כשזר מציע לכם ממתק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לקחת ולהגיד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לסרב וללכת למבוגר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לרוץ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חוצים כביש בצורה 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במעבר חציה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בריצה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לתת פרטים אישיים לזר ברשת אם הוא נחמד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בטבע חשוב להישאר קרוב למבוגר האחראי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לחצות כביש גם בלי להסתכל לצדדים אם ממהרים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שבוחרים מה לעשות במצב מסוכן, קודם 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שעוצרים, צריך __________ מה הסכנה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כשחוצים כביש צריך לחצות רק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מקום וכלל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חוצים רק במעבר חציה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בחצר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משחקים עם אש או גפרורים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בחורשה ובטבע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משחקים רק במקומות מיועדים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נשארים קרוב למבוגר האחראי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ולא ממשיכים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הפעולה הבטוחה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שיש מצב מסוכן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מה אפשר לעשות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מצב אחד מהיום-יום שבו הצלחתם לעצור, לחשוב ולבחור בטוח. מה קרה ואיך בחרתם?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השלבים לבחירה 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לכלל בטיחות בדרך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