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עוצרים-חושבים-בוחרים במצבים מסוכנים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לפנות לעזרה במקרה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ולא ממשיכים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לסרב וללכת למבוגר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מספרים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משחקים לבד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מתרחקים ומודיעים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לתת פרטים אישיים לאנשים לא מוכרים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לא ללכת לאיבוד ולהישאר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תמיד צריך להסתכל לצדדים לפני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מספרי חירום משמשים רק למצבים דחופים ואמיתיים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לשחק רק במקומות בטוחים ומיועדים לכך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לעזור או לקרוא למבוגר 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מקום וכלל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(לא משחקים עם אש או גפרורים)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(משחקים רק במקומות מיועדים)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(נשארים קרוב למבוגר האחראי)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(חוצים רק במעבר חציה)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מוסרים פרטים אישיים לזרים)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שיש מצב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ממשיכים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מה אפשר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את הפעולה הבטוחה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מספרים למבוגר אחראי אם צריך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מצב, את שלב העצירה, החשיבה והבחירה הבטוחה שבוצעה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חושבים, 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חוצים רק במעבר חציה / מסתכלים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מספרים מיד למבוגר אחראי ולא 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חלק בשיחה קצרה על החוויות האישיות של התלמידים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מהחיים האמיתיים של התלמידים כדי להמחיש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השבוע לומדים להיות בטוחים. עוצרים, חושבים ובוחרים נכון. מתרגלים בבית, בחצר, בטבע, בדרך וברשת.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ממשיכים מיד, נותנים רגע לחשוב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חושבים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מה הסכנה ומה אפשר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בוחרים בטוח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על הפעולה הכי בטוחה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שיכול לגרום לפגיעה או נזק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שדורש עזרה מיידית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שלא מכירים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כשנמצאים באינטרנט או במחשב/טלפון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כללי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שעוזרות להישאר בטוחים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כשמשהו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ולא ממשיכים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נכון לעשות כשזר מציע ממתק?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לקחת ולהגיד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 וללכת למבוגר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איתו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נכון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כשמקבלים הודעה מפחידה באינטרנט?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עונים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ולא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מספרים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משתפים חברים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עם אש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 לבד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 למבוגר אם רואים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מתרחקים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שאלות על בטיחות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כשרואים חפץ מוזר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נוגעים ובודקים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מתרחקים ומודיעים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לוקחים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ומשחקים לידו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לתת פרטים אישיים לזר ברשת אם הוא נחמד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בטבע חשוב להישאר קרוב למבוגר האחראי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גם בלי להסתכל לצדדים אם ממהרים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חירום הוא מספר טלפון שמיועד למקרי חירום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בחצר בית הספר מותר לטפס במקומות לא מיועדים לכך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רואים חברה נפגעת אפשר להתעלם וללכת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שבוחרים מה לעשות במצב מסוכן, קודם 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שעוצרים, צריך __________ מה הסכנה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כשחוצים כביש צריך לחצות רק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מקבלים הודעה מפחידה ברשת צריך לספר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במקרה חירום אמיתי מתקשרים למספר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בטבע חשוב להישאר קרוב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מקום וכלל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משחקים רק במקומות מיועדים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בחצר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נשארים קרוב למבוגר האחראי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בחורשה ובטבע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חוצים רק במעבר חציה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מוסרים פרטים אישיים לזרים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משחקים עם אש או גפרורים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ולא ממשיכים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שיש מצב מסוכן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הפעולה הבטוחה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מה אפשר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 אחראי אם צריך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מצב אחד מהיום-יום שבו הצלחתם לעצור, לחשוב ולבחור בטוח. מה קרה ואיך בחרתם?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לבחירה 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לכלל בטיחות בדרך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רואים משהו חשוד או מפחיד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