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עוצרים-חושבים-בוחרים במצבים מסוכנים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לפנות לעזרה במקרה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ולא ממשיכים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לסרב וללכת למבוגר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מספרים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משחקים לבד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מתרחקים ומודיעים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לתת פרטים אישיים לאנשים לא מוכרים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לא ללכת לאיבוד ולהישאר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תמיד צריך להסתכל לצדדים לפני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מספרי חירום משמשים רק למצבים דחופים ואמיתיים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לשחק רק במקומות בטוחים ומיועדים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לעזור או לקרוא למבוגר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מקום וכלל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משחקים עם אש או גפרורים)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(משחקים רק במקומות מיועדים)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(נשארים קרוב למבוגר האחראי)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(חוצים רק במעבר חציה)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מוסרים פרטים אישיים לזרים)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שיש מצב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ממשיכים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מה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את הפעולה הבטוחה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מספרים למבוגר אחראי אם 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מצב, את שלב העצירה, החשיבה והבחירה הבטוחה שבוצעה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חושבים, 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חוצים רק במעבר חציה / מסתכלים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מספרים מיד למבוגר אחראי ולא 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חלק בשיחה קצרה על החוויות האישיות של התלמידים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מהחיים האמיתיים של התלמידים כדי להמחיש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הבטיחות לומדים לזהות מצבים מסוכנים במקומות שונים ולתרגל איך לעצור, לחשוב ולבחור בטוח. דף זה מתרגל חמישה תחומים: בית, בית ספר, טבע, דרך ורשת.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ראשונים כשרואים מצב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ולא ממשיכים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אסור לעשות כשזר מציע לכם ממתק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לקחת ולהגיד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וללכת למבוגר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איתו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חוצים כביש בצורה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אם מישהו שולח הודעה מפחידה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ולא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משתפים חברים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עושים עם אש או גפרורים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לבד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למבוגר אם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מתרחקים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שאלות על בטיחות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אם רואים חפץ מוזר וחשוד בחצר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נוגעים ובודקים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מתרחקים ומודיעים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לוקחים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ומשחקים לידו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לתת פרטים אישיים לזר ברשת אם הוא נחמד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בטבע חשוב להישאר קרוב למבוגר האחראי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גם בלי להסתכל לצדדים אם ממהרים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חירום הוא מספר טלפון שמיועד למקרי חירום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בחצר בית הספר מותר לטפס במקומות לא מיועדים לכך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רואים חברה נפגעת אפשר להתעלם וללכת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שבוחרים מה לעשות במצב מסוכן, קודם 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צריך __________ מה הסכנה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כשחוצים כביש צריך לחצות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מקבלים הודעה מפחידה ברשת צריך לספר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במקרה חירום אמיתי מתקשרים למספר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בטבע חשוב להישאר קרוב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מקום וכלל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מוסרים פרטים אישיים לזרים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נשארים קרוב למבוגר האחראי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בחורשה ובטבע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משחקים רק במקומות מיועדים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משחקים עם אש או גפרורים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חוצים רק במעבר 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אחראי אם 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הפעולה הבטוחה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ולא ממשיכים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מה אפשר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שיש מצב מסוכן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מצב אחד מהיום-יום שבו הצלחתם לעצור, לחשוב ולבחור בטוח. מה קרה ואיך בחרתם?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לבחירה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לכלל בטיחות בדרך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רואים משהו חשוד או מפחיד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